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היכרות עם עולם החינוך הפיננסי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צירי הלימוד בתחום הפיננסי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בצרכנות, כסף, עבודה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נושאי הלימוד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ציר א׳ - צרכנות מודעת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ציר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ריבית שמחושבת גם על הריבית הקודמת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מחשבון ריבית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מהו כסף ומי קובע כמה דברים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ארבע רמות: חטיבה רגילה, מתקדמים, עולים וחנ״מ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ציר א׳ עוסק גם בהונאות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בתיאור הציר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ציר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(צרכנות מודעת וקבלת החלטות)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(עולם הכסף והבנקאות)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(שוק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(חיסכון והשקעות)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ריבית שמחושבת גם על הריבית שכבר נצברה, כך שהחיסכון גדל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בדיקת מחירים בכמה מקומות לפני רכישה יקרה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לבדוק שהתלמיד מקשר בין הציר לחיים שלו ומנמק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צירים: צרכנות, כסף ובנקאות, שוק עבודה, חיסכון והשקעות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שריבית מחושבת גם על ריבית 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לבדיקה או השוואה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ארבעת הצירים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ציר לדוגמה מחיי התלמידים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אפשר לוותר על השאלות המסומנות כקשות ולהתמקד בהתאמה ובמילים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היכרות עם עולם החינוך הפיננסי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לומדים על כסף. יש ארבעה נושאים גדולים: קניות חכמות, כסף ובנק, עבודה וחיסכון. נתרגל מילים 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מודעת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אחרי חשיבה, ולא מתוך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חליפין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להחליף דבר בדבר, בלי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הניירת שמראה כמה הרווחת ושילמת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על השימוש בכסף של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הריבית הקודמת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כמה כסף נכנס ויוצא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ברשת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לגנוב כסף או מידע באינטרנט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שמותר לדרוש כשקונים מוצר או שירות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נושאים גדולים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נושא מדבר על קניות?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 א׳ - צרכנות מודעת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 ב׳ - עולם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ג׳ - שוק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 ד׳ - חיסכון והשקעות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נושא מדבר על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ריבית דריבית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שמחושבת גם על הריבית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שכר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כלי עוזר לחשב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מסכם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מחשבון ריבית דריבית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פינת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לומדים על כסף ובנק?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לכתוב קורות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מהו כסף ומי קובע כמה דברים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לנהל דיבייט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זה חליפין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רק רמת לימוד אחת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ג׳ עוסק בשוק העבודה ומכיל נושא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תשלום על השימוש בכסף של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לא עוסק כלל בהונאות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 ד׳ לומדים גם לבנות תקציב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ציר א׳ עוסק ב__________ מודעת וקבלת החלטות פיננסיות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ריבית היא המחיר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 אנשים השתמשו ב__________ במקום בכסף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תלוש ה__________ מראה כמה הרווחנו וכמה שילמנו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ריבית __________ הופכת חיסכון קטן לגדול עם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ציר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חיסכון והשקעות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ציר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צרכנות מודעת וקבלת 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עולם הכסף והבנקאות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שוק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ריבית דריבית, ולמה היא חשובה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למצב שבו צרכן צריך להחליט בחוכמה לפני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הצירים שמעניין אתכם במיוחד, וכתבו למה הוא חשוב לכם כבני נוער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צירי הלימוד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לצרכנות מודעת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בראש – היכרות עם עולם החינוך הפיננסי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